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863B3" w14:textId="77777777" w:rsidR="0080146F" w:rsidRPr="0080146F" w:rsidRDefault="00BF530C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BF530C">
        <w:rPr>
          <w:rFonts w:ascii="Times New Roman" w:hAnsi="Times New Roman"/>
          <w:b/>
          <w:bCs/>
          <w:sz w:val="24"/>
          <w:szCs w:val="24"/>
          <w:lang w:val="ky-KG"/>
        </w:rPr>
        <w:t>КОТИРОВКАЛАРДЫ СУРОО</w:t>
      </w:r>
    </w:p>
    <w:p w14:paraId="7A20E14C" w14:textId="77777777" w:rsidR="0080146F" w:rsidRPr="0080146F" w:rsidRDefault="009B6B6B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B6B">
        <w:rPr>
          <w:rFonts w:ascii="Times New Roman" w:hAnsi="Times New Roman"/>
          <w:b/>
          <w:bCs/>
          <w:sz w:val="24"/>
          <w:szCs w:val="24"/>
          <w:lang w:val="ky-KG"/>
        </w:rPr>
        <w:t>Автотранспорт каражаттарын жууп-тазалоо кызматтарын көрсөтүү боюнча</w:t>
      </w:r>
    </w:p>
    <w:p w14:paraId="35F54A79" w14:textId="77777777" w:rsidR="0080146F" w:rsidRPr="0080146F" w:rsidRDefault="004A29CB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4A29CB">
        <w:rPr>
          <w:rFonts w:ascii="Times New Roman" w:hAnsi="Times New Roman"/>
          <w:b/>
          <w:bCs/>
          <w:sz w:val="24"/>
          <w:szCs w:val="24"/>
          <w:lang w:val="ky-KG"/>
        </w:rPr>
        <w:t>«Кумтөр Голд Компани» ЖАК кызыкдар компанияларды автотранспорт каражаттарын жууп-тазалоо кызматтарын көрсөтүү боюнча коммерциялык сунуштарды берүүгө чакырат.</w:t>
      </w:r>
    </w:p>
    <w:p w14:paraId="170BCA19" w14:textId="77777777" w:rsidR="0080146F" w:rsidRPr="0080146F" w:rsidRDefault="00D839E9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839E9">
        <w:rPr>
          <w:rFonts w:ascii="Times New Roman" w:hAnsi="Times New Roman"/>
          <w:b/>
          <w:bCs/>
          <w:sz w:val="24"/>
          <w:szCs w:val="24"/>
          <w:lang w:val="ky-KG"/>
        </w:rPr>
        <w:t>Катышуу үчүн төмөнкүлөрдү берүү зарыл:</w:t>
      </w:r>
    </w:p>
    <w:p w14:paraId="3D7B0BBE" w14:textId="77777777" w:rsidR="00D839E9" w:rsidRPr="00D839E9" w:rsidRDefault="00D839E9" w:rsidP="00D839E9">
      <w:pPr>
        <w:pStyle w:val="Normal"/>
        <w:numPr>
          <w:ilvl w:val="0"/>
          <w:numId w:val="13"/>
        </w:numPr>
        <w:jc w:val="both"/>
        <w:rPr>
          <w:rFonts w:cstheme="minorBidi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ky-KG"/>
        </w:rPr>
        <w:t>№1 тиркемеге ылайык форма боюнча толтурулган коммерциялык сунуш;</w:t>
      </w:r>
    </w:p>
    <w:p w14:paraId="347E4893" w14:textId="77777777" w:rsidR="00D839E9" w:rsidRPr="00D839E9" w:rsidRDefault="00D839E9" w:rsidP="00D839E9">
      <w:pPr>
        <w:pStyle w:val="Normal"/>
        <w:numPr>
          <w:ilvl w:val="0"/>
          <w:numId w:val="13"/>
        </w:numPr>
        <w:jc w:val="both"/>
        <w:rPr>
          <w:rFonts w:cstheme="minorBidi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ky-KG"/>
        </w:rPr>
        <w:t>компания жөнүндө маалыматтар (аталышы, дареги, байланыш маалыматтары);</w:t>
      </w:r>
    </w:p>
    <w:p w14:paraId="6BB2ECFE" w14:textId="77777777" w:rsidR="00D839E9" w:rsidRPr="00D839E9" w:rsidRDefault="00D839E9" w:rsidP="00D839E9">
      <w:pPr>
        <w:pStyle w:val="Normal"/>
        <w:numPr>
          <w:ilvl w:val="0"/>
          <w:numId w:val="13"/>
        </w:numPr>
        <w:jc w:val="both"/>
        <w:rPr>
          <w:rFonts w:cstheme="minorBidi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ky-KG"/>
        </w:rPr>
        <w:t>автожуу комплексинин жайгашкан жери жана иш тартиби жөнүндө маалымат.</w:t>
      </w:r>
    </w:p>
    <w:p w14:paraId="23EDEE68" w14:textId="77777777" w:rsidR="0080146F" w:rsidRPr="0080146F" w:rsidRDefault="003545CD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545CD">
        <w:rPr>
          <w:rFonts w:ascii="Times New Roman" w:hAnsi="Times New Roman"/>
          <w:b/>
          <w:bCs/>
          <w:sz w:val="24"/>
          <w:szCs w:val="24"/>
          <w:lang w:val="ky-KG"/>
        </w:rPr>
        <w:t>Кызмат көрсөтүүнүн негизги шарттары</w:t>
      </w:r>
    </w:p>
    <w:p w14:paraId="2C0A26EF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016DA">
        <w:rPr>
          <w:rFonts w:ascii="Times New Roman" w:hAnsi="Times New Roman"/>
          <w:b/>
          <w:sz w:val="24"/>
          <w:szCs w:val="24"/>
          <w:lang w:val="ky-KG"/>
        </w:rPr>
        <w:t xml:space="preserve">1. </w:t>
      </w:r>
      <w:r w:rsidR="008016DA" w:rsidRPr="008016DA">
        <w:rPr>
          <w:rFonts w:ascii="Times New Roman" w:hAnsi="Times New Roman"/>
          <w:b/>
          <w:bCs/>
          <w:sz w:val="24"/>
          <w:szCs w:val="24"/>
          <w:lang w:val="ky-KG"/>
        </w:rPr>
        <w:t>Кызмат көрсөтүлүүчү жер</w:t>
      </w:r>
    </w:p>
    <w:p w14:paraId="12F9936A" w14:textId="77777777" w:rsidR="0080146F" w:rsidRPr="0080146F" w:rsidRDefault="00173CBA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173CBA">
        <w:rPr>
          <w:rFonts w:ascii="Times New Roman" w:hAnsi="Times New Roman"/>
          <w:b/>
          <w:bCs/>
          <w:sz w:val="24"/>
          <w:szCs w:val="24"/>
          <w:lang w:val="ky-KG"/>
        </w:rPr>
        <w:t>Кызматтар Бишкек шаарында жайгашкан стационардык автожуу комплексинде көрсөтүлүүгө тийиш.</w:t>
      </w:r>
    </w:p>
    <w:p w14:paraId="2B251D87" w14:textId="77777777" w:rsidR="0080146F" w:rsidRPr="0080146F" w:rsidRDefault="009A126C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A126C">
        <w:rPr>
          <w:rFonts w:ascii="Times New Roman" w:hAnsi="Times New Roman"/>
          <w:b/>
          <w:bCs/>
          <w:sz w:val="24"/>
          <w:szCs w:val="24"/>
          <w:lang w:val="ky-KG"/>
        </w:rPr>
        <w:t>2. Кызмат көрсөтүүчүгө коюлуучу талаптар</w:t>
      </w:r>
    </w:p>
    <w:p w14:paraId="0E03FB59" w14:textId="77777777" w:rsidR="0080146F" w:rsidRPr="0080146F" w:rsidRDefault="00851943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51943">
        <w:rPr>
          <w:rFonts w:ascii="Times New Roman" w:hAnsi="Times New Roman"/>
          <w:b/>
          <w:bCs/>
          <w:sz w:val="24"/>
          <w:szCs w:val="24"/>
          <w:lang w:val="ky-KG"/>
        </w:rPr>
        <w:t>Кызмат көрсөтүүчү зарыл билимге, тажрыйбага, квалификациялуу персоналга, ошондой эле кызматтарды талаптагыдай көрсөтүү үчүн зарыл болгон бардык уруксат берүүчү документтерге, лицензияларга, сертификаттарга жана башка документтерге ээ болууга тийиш.</w:t>
      </w:r>
    </w:p>
    <w:p w14:paraId="7A981E25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1073D">
        <w:rPr>
          <w:rFonts w:ascii="Times New Roman" w:hAnsi="Times New Roman"/>
          <w:b/>
          <w:sz w:val="24"/>
          <w:szCs w:val="24"/>
          <w:lang w:val="ky-KG"/>
        </w:rPr>
        <w:t xml:space="preserve">3. </w:t>
      </w:r>
      <w:r w:rsidR="0031073D" w:rsidRPr="0031073D">
        <w:rPr>
          <w:rFonts w:ascii="Times New Roman" w:hAnsi="Times New Roman"/>
          <w:b/>
          <w:bCs/>
          <w:sz w:val="24"/>
          <w:szCs w:val="24"/>
          <w:lang w:val="ky-KG"/>
        </w:rPr>
        <w:t>Кызматтардын көлөмү</w:t>
      </w:r>
    </w:p>
    <w:p w14:paraId="7DEB5E23" w14:textId="77777777" w:rsidR="0080146F" w:rsidRPr="0080146F" w:rsidRDefault="00D55CF6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55CF6">
        <w:rPr>
          <w:rFonts w:ascii="Times New Roman" w:hAnsi="Times New Roman"/>
          <w:b/>
          <w:bCs/>
          <w:sz w:val="24"/>
          <w:szCs w:val="24"/>
          <w:lang w:val="ky-KG"/>
        </w:rPr>
        <w:t>Келишим боюнча кызматтардын көлөмү туруктуу болуп саналбайт жана Заказчынын иш жүзүндөгү муктаждыгына жараша аныкталат.</w:t>
      </w:r>
    </w:p>
    <w:p w14:paraId="45C5BA78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0E6C24">
        <w:rPr>
          <w:rFonts w:ascii="Times New Roman" w:hAnsi="Times New Roman"/>
          <w:b/>
          <w:sz w:val="24"/>
          <w:szCs w:val="24"/>
          <w:lang w:val="ky-KG"/>
        </w:rPr>
        <w:t xml:space="preserve">4. </w:t>
      </w:r>
      <w:r w:rsidR="000E6C24" w:rsidRPr="000E6C24">
        <w:rPr>
          <w:rFonts w:ascii="Times New Roman" w:hAnsi="Times New Roman"/>
          <w:b/>
          <w:bCs/>
          <w:sz w:val="24"/>
          <w:szCs w:val="24"/>
          <w:lang w:val="ky-KG"/>
        </w:rPr>
        <w:t>Кызмат көрсөтүү тартиби</w:t>
      </w:r>
    </w:p>
    <w:p w14:paraId="1F76C4D9" w14:textId="77777777" w:rsidR="0080146F" w:rsidRPr="0080146F" w:rsidRDefault="006A2DA5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6A2DA5">
        <w:rPr>
          <w:rFonts w:ascii="Times New Roman" w:hAnsi="Times New Roman"/>
          <w:b/>
          <w:bCs/>
          <w:sz w:val="24"/>
          <w:szCs w:val="24"/>
          <w:lang w:val="ky-KG"/>
        </w:rPr>
        <w:t>Кызмат көрсөтүүчү көрсөтүлүүчү кызматтар боюнча Заказчынын талаптарын жана көрсөтмөлөрүн аткарууга, иштердин талаптагыдай сапатын камсыз кылууга жана өз персоналынын аракеттери жана колдонулган жабдуулар үчүн толук жоопкерчилик тартууга милдеттүү.</w:t>
      </w:r>
    </w:p>
    <w:p w14:paraId="18AC23FE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022B2F">
        <w:rPr>
          <w:rFonts w:ascii="Times New Roman" w:hAnsi="Times New Roman"/>
          <w:b/>
          <w:sz w:val="24"/>
          <w:szCs w:val="24"/>
          <w:lang w:val="ky-KG"/>
        </w:rPr>
        <w:t xml:space="preserve">5. </w:t>
      </w:r>
      <w:r w:rsidR="00022B2F" w:rsidRPr="00022B2F">
        <w:rPr>
          <w:rFonts w:ascii="Times New Roman" w:hAnsi="Times New Roman"/>
          <w:b/>
          <w:bCs/>
          <w:sz w:val="24"/>
          <w:szCs w:val="24"/>
          <w:lang w:val="ky-KG"/>
        </w:rPr>
        <w:t>Кызматтардын сапаты</w:t>
      </w:r>
    </w:p>
    <w:p w14:paraId="5CF8C5A3" w14:textId="77777777" w:rsidR="0080146F" w:rsidRPr="0080146F" w:rsidRDefault="00EC5916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EC5916">
        <w:rPr>
          <w:rFonts w:ascii="Times New Roman" w:hAnsi="Times New Roman"/>
          <w:b/>
          <w:bCs/>
          <w:sz w:val="24"/>
          <w:szCs w:val="24"/>
          <w:lang w:val="ky-KG"/>
        </w:rPr>
        <w:t>Кызмат көрсөтүүчү автотранспорт каражаттарын жууп-тазалоо иштерин сапаттуу жана өз убагында аткарууга, ошондой эле автожуу комплексинин аймагында тазалыкты жана тартипти сактоого милдеттенет.</w:t>
      </w:r>
    </w:p>
    <w:p w14:paraId="20D18F8B" w14:textId="77777777" w:rsidR="0080146F" w:rsidRPr="0080146F" w:rsidRDefault="00FD0046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D0046">
        <w:rPr>
          <w:rFonts w:ascii="Times New Roman" w:hAnsi="Times New Roman"/>
          <w:b/>
          <w:bCs/>
          <w:sz w:val="24"/>
          <w:szCs w:val="24"/>
          <w:lang w:val="ky-KG"/>
        </w:rPr>
        <w:t>6. Транспорт каражаттарынын сакталуусу үчүн жоопкерчилик</w:t>
      </w:r>
    </w:p>
    <w:p w14:paraId="2F9571D2" w14:textId="77777777" w:rsidR="0080146F" w:rsidRPr="0080146F" w:rsidRDefault="008D5CDB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D5CDB">
        <w:rPr>
          <w:rFonts w:ascii="Times New Roman" w:hAnsi="Times New Roman"/>
          <w:b/>
          <w:bCs/>
          <w:sz w:val="24"/>
          <w:szCs w:val="24"/>
          <w:lang w:val="ky-KG"/>
        </w:rPr>
        <w:t>Автотранспорт каражаты кызмат көрсөтүү үчүн өткөрүлүп берилген учурдан тартып Заказчынын ыйгарым укуктуу өкүлүнө кайтарылганга чейин, кызмат көрсөтүүчү анын сакталышы үчүн жоопкерчилик тартат.</w:t>
      </w:r>
    </w:p>
    <w:p w14:paraId="2D365259" w14:textId="77777777" w:rsidR="0080146F" w:rsidRPr="0080146F" w:rsidRDefault="003F1146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F1146">
        <w:rPr>
          <w:rFonts w:ascii="Times New Roman" w:hAnsi="Times New Roman"/>
          <w:b/>
          <w:bCs/>
          <w:sz w:val="24"/>
          <w:szCs w:val="24"/>
          <w:lang w:val="ky-KG"/>
        </w:rPr>
        <w:t xml:space="preserve">Автожуу комплексинин аймагында турган учурда автотранспорт каражатына келтирилген бардык зыян кызмат көрсөтүүчү тарабынан орду толтурулууга </w:t>
      </w:r>
      <w:r w:rsidRPr="003F1146">
        <w:rPr>
          <w:rFonts w:ascii="Times New Roman" w:hAnsi="Times New Roman"/>
          <w:b/>
          <w:bCs/>
          <w:sz w:val="24"/>
          <w:szCs w:val="24"/>
          <w:lang w:val="ky-KG"/>
        </w:rPr>
        <w:lastRenderedPageBreak/>
        <w:t>тийиш, эгерде мындай зыян транспорт каражаты кызмат көрсөтүү үчүн өткөрүлүп берилгенге чейин эле болгондугу далилденбесе.</w:t>
      </w:r>
    </w:p>
    <w:p w14:paraId="20B5499D" w14:textId="77777777" w:rsidR="0080146F" w:rsidRPr="0080146F" w:rsidRDefault="00591A16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91A16">
        <w:rPr>
          <w:rFonts w:ascii="Times New Roman" w:hAnsi="Times New Roman"/>
          <w:b/>
          <w:bCs/>
          <w:sz w:val="24"/>
          <w:szCs w:val="24"/>
          <w:lang w:val="ky-KG"/>
        </w:rPr>
        <w:t>7. Көрсөтүлгөн кызматтарды эсепке алуу</w:t>
      </w:r>
    </w:p>
    <w:p w14:paraId="1B0EB4F7" w14:textId="77777777" w:rsidR="0080146F" w:rsidRPr="0080146F" w:rsidRDefault="00A67A42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67A42">
        <w:rPr>
          <w:rFonts w:ascii="Times New Roman" w:hAnsi="Times New Roman"/>
          <w:b/>
          <w:bCs/>
          <w:sz w:val="24"/>
          <w:szCs w:val="24"/>
          <w:lang w:val="ky-KG"/>
        </w:rPr>
        <w:t>Кызмат көрсөтүүчү тейленген бардык автотранспорт каражаттарын тиешелүү реестрде эсепке алууга милдеттүү; бул реестр Заказчы тарабынан текшерүү үчүн жеткиликтүү болууга тийиш.</w:t>
      </w:r>
    </w:p>
    <w:p w14:paraId="7EE5A5AB" w14:textId="77777777" w:rsidR="0080146F" w:rsidRPr="0080146F" w:rsidRDefault="003B3F05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B3F05">
        <w:rPr>
          <w:rFonts w:ascii="Times New Roman" w:hAnsi="Times New Roman"/>
          <w:b/>
          <w:bCs/>
          <w:sz w:val="24"/>
          <w:szCs w:val="24"/>
          <w:lang w:val="ky-KG"/>
        </w:rPr>
        <w:t>8. Көрсөтүлгөн кызматтарды документтештирүү</w:t>
      </w:r>
    </w:p>
    <w:p w14:paraId="5C6D33CB" w14:textId="77777777" w:rsidR="0080146F" w:rsidRPr="0080146F" w:rsidRDefault="001C542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1C5420">
        <w:rPr>
          <w:rFonts w:ascii="Times New Roman" w:hAnsi="Times New Roman"/>
          <w:b/>
          <w:bCs/>
          <w:sz w:val="24"/>
          <w:szCs w:val="24"/>
          <w:lang w:val="ky-KG"/>
        </w:rPr>
        <w:t>Көрсөтүлгөн кызматтарды эсепке алуу транспорт каражаты, көрсөтүлгөн кызматтын түрү, кызмат көрсөтүлгөн дата жана аткарылган иштердин наркы жөнүндө маалыматтарды камтууга жана эсеп-фактураларды чыгаруу үчүн негиз болуп саналууга тийиш.</w:t>
      </w:r>
    </w:p>
    <w:p w14:paraId="45D3535A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B30329">
        <w:rPr>
          <w:rFonts w:ascii="Times New Roman" w:hAnsi="Times New Roman"/>
          <w:b/>
          <w:sz w:val="24"/>
          <w:szCs w:val="24"/>
          <w:lang w:val="ky-KG"/>
        </w:rPr>
        <w:t xml:space="preserve">9. </w:t>
      </w:r>
      <w:r w:rsidR="00B30329" w:rsidRPr="00B30329">
        <w:rPr>
          <w:rFonts w:ascii="Times New Roman" w:hAnsi="Times New Roman"/>
          <w:b/>
          <w:bCs/>
          <w:sz w:val="24"/>
          <w:szCs w:val="24"/>
          <w:lang w:val="ky-KG"/>
        </w:rPr>
        <w:t>Төлөө тартиби</w:t>
      </w:r>
    </w:p>
    <w:p w14:paraId="5002AC70" w14:textId="77777777" w:rsidR="0080146F" w:rsidRPr="0080146F" w:rsidRDefault="00D532E8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532E8">
        <w:rPr>
          <w:rFonts w:ascii="Times New Roman" w:hAnsi="Times New Roman"/>
          <w:b/>
          <w:bCs/>
          <w:sz w:val="24"/>
          <w:szCs w:val="24"/>
          <w:lang w:val="ky-KG"/>
        </w:rPr>
        <w:t>Кызматтар үчүн төлөм келишимде каралган өлчөмдө жана мөөнөттөрдө иш жүзүндө көрсөтүлгөн кызматтар боюнча жүргүзүлөт.</w:t>
      </w:r>
    </w:p>
    <w:p w14:paraId="3AA39EDD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71E4A">
        <w:rPr>
          <w:rFonts w:ascii="Times New Roman" w:hAnsi="Times New Roman"/>
          <w:b/>
          <w:sz w:val="24"/>
          <w:szCs w:val="24"/>
          <w:lang w:val="ky-KG"/>
        </w:rPr>
        <w:t xml:space="preserve">10. </w:t>
      </w:r>
      <w:r w:rsidR="00571E4A" w:rsidRPr="00571E4A">
        <w:rPr>
          <w:rFonts w:ascii="Times New Roman" w:hAnsi="Times New Roman"/>
          <w:b/>
          <w:bCs/>
          <w:sz w:val="24"/>
          <w:szCs w:val="24"/>
          <w:lang w:val="ky-KG"/>
        </w:rPr>
        <w:t>Иш тартиби</w:t>
      </w:r>
    </w:p>
    <w:p w14:paraId="6A8966B2" w14:textId="77777777" w:rsidR="0080146F" w:rsidRPr="00A0611F" w:rsidRDefault="00A0611F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ky-KG"/>
        </w:rPr>
      </w:pPr>
      <w:r w:rsidRPr="00A0611F">
        <w:rPr>
          <w:rFonts w:ascii="Times New Roman" w:hAnsi="Times New Roman"/>
          <w:b/>
          <w:bCs/>
          <w:sz w:val="24"/>
          <w:szCs w:val="24"/>
          <w:lang w:val="ky-KG"/>
        </w:rPr>
        <w:t>Автожуу комплекси Заказчынын автотранспорт каражаттарын жумуш күндөрү тейлөө мүмкүнчүлүгүн камсыз кылууга тийиш. Дем алыш күндөрү жана стандарттык иш убактысынан тышкары кызмат көрсөтүү мүмкүнчүлүгүнүн болушу артыкчылык болуп саналат.</w:t>
      </w:r>
    </w:p>
    <w:p w14:paraId="756DB648" w14:textId="77777777" w:rsidR="0080146F" w:rsidRPr="0080146F" w:rsidRDefault="00B321DB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B321DB">
        <w:rPr>
          <w:rFonts w:ascii="Times New Roman" w:hAnsi="Times New Roman"/>
          <w:b/>
          <w:bCs/>
          <w:sz w:val="24"/>
          <w:szCs w:val="24"/>
          <w:lang w:val="ky-KG"/>
        </w:rPr>
        <w:t>Коммерциялык сунуштарды берүү мөөнөтү</w:t>
      </w:r>
    </w:p>
    <w:p w14:paraId="4E59027A" w14:textId="77777777" w:rsidR="0080146F" w:rsidRPr="0080146F" w:rsidRDefault="007F7C88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F7C88">
        <w:rPr>
          <w:rFonts w:ascii="Times New Roman" w:hAnsi="Times New Roman"/>
          <w:b/>
          <w:bCs/>
          <w:sz w:val="24"/>
          <w:szCs w:val="24"/>
          <w:lang w:val="ky-KG"/>
        </w:rPr>
        <w:t>Коммерциялык сунуштарды 2026-жылдын 23-сентябрында саат 14:00гө чейин төмөнкү электрондук дарекке жөнөтүү зарыл:</w:t>
      </w:r>
    </w:p>
    <w:p w14:paraId="36D0B286" w14:textId="77777777" w:rsidR="009A3E5D" w:rsidRPr="008F5E12" w:rsidRDefault="009A3E5D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marlen</w:t>
      </w:r>
      <w:proofErr w:type="spellEnd"/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turatbekov</w:t>
      </w:r>
      <w:proofErr w:type="spellEnd"/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@</w:t>
      </w:r>
      <w:proofErr w:type="spellStart"/>
      <w:r w:rsidRPr="009A3E5D">
        <w:rPr>
          <w:rFonts w:ascii="Times New Roman" w:hAnsi="Times New Roman" w:cs="Times New Roman"/>
          <w:b/>
          <w:bCs/>
          <w:sz w:val="24"/>
          <w:szCs w:val="24"/>
        </w:rPr>
        <w:t>kumtor</w:t>
      </w:r>
      <w:proofErr w:type="spellEnd"/>
      <w:r w:rsidRPr="008F5E12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9A3E5D">
        <w:rPr>
          <w:rFonts w:ascii="Times New Roman" w:hAnsi="Times New Roman" w:cs="Times New Roman"/>
          <w:b/>
          <w:bCs/>
          <w:sz w:val="24"/>
          <w:szCs w:val="24"/>
        </w:rPr>
        <w:t>kg</w:t>
      </w:r>
    </w:p>
    <w:p w14:paraId="6FB8185C" w14:textId="77777777" w:rsidR="00F2269C" w:rsidRDefault="00F2269C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F2269C" w:rsidSect="0004575D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6B98D6E0" w14:textId="77777777" w:rsidR="0080146F" w:rsidRPr="0080146F" w:rsidRDefault="00FB5CD8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B5CD8">
        <w:rPr>
          <w:rFonts w:ascii="Times New Roman" w:hAnsi="Times New Roman"/>
          <w:b/>
          <w:bCs/>
          <w:sz w:val="24"/>
          <w:szCs w:val="24"/>
          <w:lang w:val="ky-KG"/>
        </w:rPr>
        <w:lastRenderedPageBreak/>
        <w:t>№1 тиркеме</w:t>
      </w:r>
    </w:p>
    <w:p w14:paraId="41EFF9CB" w14:textId="77777777" w:rsidR="0080146F" w:rsidRPr="0080146F" w:rsidRDefault="00072302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072302">
        <w:rPr>
          <w:rFonts w:ascii="Times New Roman" w:hAnsi="Times New Roman"/>
          <w:b/>
          <w:bCs/>
          <w:sz w:val="24"/>
          <w:szCs w:val="24"/>
          <w:lang w:val="ky-KG"/>
        </w:rPr>
        <w:t>КОММЕРЦИЯЛЫК СУНУШТУН ФОРМАСЫ</w:t>
      </w:r>
    </w:p>
    <w:p w14:paraId="09530A8D" w14:textId="77777777" w:rsidR="0080146F" w:rsidRPr="0080146F" w:rsidRDefault="00B91D11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B91D11">
        <w:rPr>
          <w:rFonts w:ascii="Times New Roman" w:hAnsi="Times New Roman"/>
          <w:b/>
          <w:bCs/>
          <w:sz w:val="24"/>
          <w:szCs w:val="24"/>
          <w:lang w:val="ky-KG"/>
        </w:rPr>
        <w:t>Катышуучу жөнүндө жалпы маалымат</w:t>
      </w:r>
    </w:p>
    <w:p w14:paraId="0DEC1969" w14:textId="77777777" w:rsidR="0080146F" w:rsidRPr="0080146F" w:rsidRDefault="00150131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150131">
        <w:rPr>
          <w:rFonts w:ascii="Times New Roman" w:hAnsi="Times New Roman"/>
          <w:b/>
          <w:bCs/>
          <w:sz w:val="24"/>
          <w:szCs w:val="24"/>
          <w:lang w:val="ky-KG"/>
        </w:rPr>
        <w:t>Компаниянын аталышы</w:t>
      </w:r>
      <w:r w:rsidR="00000000" w:rsidRPr="00150131">
        <w:rPr>
          <w:rFonts w:ascii="Times New Roman" w:hAnsi="Times New Roman"/>
          <w:b/>
          <w:sz w:val="24"/>
          <w:szCs w:val="24"/>
          <w:lang w:val="ky-KG"/>
        </w:rPr>
        <w:t>: ____________________________________________</w:t>
      </w:r>
    </w:p>
    <w:p w14:paraId="39BDBB9E" w14:textId="77777777" w:rsidR="0080146F" w:rsidRPr="0080146F" w:rsidRDefault="0038056A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8056A">
        <w:rPr>
          <w:rFonts w:ascii="Times New Roman" w:hAnsi="Times New Roman"/>
          <w:b/>
          <w:bCs/>
          <w:sz w:val="24"/>
          <w:szCs w:val="24"/>
          <w:lang w:val="ky-KG"/>
        </w:rPr>
        <w:t>Юридикалык дареги</w:t>
      </w:r>
      <w:r w:rsidR="00000000" w:rsidRPr="0038056A">
        <w:rPr>
          <w:rFonts w:ascii="Times New Roman" w:hAnsi="Times New Roman"/>
          <w:b/>
          <w:sz w:val="24"/>
          <w:szCs w:val="24"/>
          <w:lang w:val="ky-KG"/>
        </w:rPr>
        <w:t>: ________________________________________________</w:t>
      </w:r>
    </w:p>
    <w:p w14:paraId="0CB6C053" w14:textId="77777777" w:rsidR="0080146F" w:rsidRPr="0080146F" w:rsidRDefault="007B4B51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B4B51">
        <w:rPr>
          <w:rFonts w:ascii="Times New Roman" w:hAnsi="Times New Roman"/>
          <w:b/>
          <w:bCs/>
          <w:sz w:val="24"/>
          <w:szCs w:val="24"/>
          <w:lang w:val="ky-KG"/>
        </w:rPr>
        <w:t>Байланышуучу адам</w:t>
      </w:r>
      <w:r w:rsidR="00000000" w:rsidRPr="007B4B51">
        <w:rPr>
          <w:rFonts w:ascii="Times New Roman" w:hAnsi="Times New Roman"/>
          <w:b/>
          <w:sz w:val="24"/>
          <w:szCs w:val="24"/>
          <w:lang w:val="ky-KG"/>
        </w:rPr>
        <w:t>: _________________________________________________</w:t>
      </w:r>
    </w:p>
    <w:p w14:paraId="553E8150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51818">
        <w:rPr>
          <w:rFonts w:ascii="Times New Roman" w:hAnsi="Times New Roman"/>
          <w:b/>
          <w:sz w:val="24"/>
          <w:szCs w:val="24"/>
          <w:lang w:val="ky-KG"/>
        </w:rPr>
        <w:t>Телефон: _______________________________________________________</w:t>
      </w:r>
    </w:p>
    <w:p w14:paraId="41F1DD92" w14:textId="77777777" w:rsidR="0080146F" w:rsidRPr="0080146F" w:rsidRDefault="0000000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2132BD">
        <w:rPr>
          <w:rFonts w:ascii="Times New Roman" w:hAnsi="Times New Roman"/>
          <w:b/>
          <w:sz w:val="24"/>
          <w:szCs w:val="24"/>
          <w:lang w:val="ky-KG"/>
        </w:rPr>
        <w:t>E-mail: ________________________________________________________</w:t>
      </w:r>
    </w:p>
    <w:p w14:paraId="6B8EF200" w14:textId="77777777" w:rsidR="0080146F" w:rsidRPr="0080146F" w:rsidRDefault="007A5A51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A5A51">
        <w:rPr>
          <w:rFonts w:ascii="Times New Roman" w:hAnsi="Times New Roman"/>
          <w:b/>
          <w:bCs/>
          <w:sz w:val="24"/>
          <w:szCs w:val="24"/>
          <w:lang w:val="ky-KG"/>
        </w:rPr>
        <w:t>Автожуу комплексинин дареги</w:t>
      </w:r>
      <w:r w:rsidR="00000000" w:rsidRPr="007A5A51">
        <w:rPr>
          <w:rFonts w:ascii="Times New Roman" w:hAnsi="Times New Roman"/>
          <w:b/>
          <w:sz w:val="24"/>
          <w:szCs w:val="24"/>
          <w:lang w:val="ky-KG"/>
        </w:rPr>
        <w:t>: _______________________________________</w:t>
      </w:r>
    </w:p>
    <w:p w14:paraId="3F52D5E0" w14:textId="77777777" w:rsidR="0080146F" w:rsidRPr="0080146F" w:rsidRDefault="003328D1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328D1">
        <w:rPr>
          <w:rFonts w:ascii="Times New Roman" w:hAnsi="Times New Roman"/>
          <w:b/>
          <w:bCs/>
          <w:sz w:val="24"/>
          <w:szCs w:val="24"/>
          <w:lang w:val="ky-KG"/>
        </w:rPr>
        <w:t>Иш тартиби</w:t>
      </w:r>
      <w:r w:rsidR="00000000" w:rsidRPr="007A5A51">
        <w:rPr>
          <w:rFonts w:ascii="Times New Roman" w:hAnsi="Times New Roman"/>
          <w:b/>
          <w:bCs/>
          <w:sz w:val="24"/>
          <w:szCs w:val="24"/>
          <w:lang w:val="ru-RU"/>
        </w:rPr>
        <w:t>: ___________________________________________________</w:t>
      </w:r>
    </w:p>
    <w:p w14:paraId="60527BA2" w14:textId="77777777" w:rsidR="0080146F" w:rsidRPr="0080146F" w:rsidRDefault="00000000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58CF463D">
          <v:rect id="_x0000_i1025" style="width:0;height:1.5pt" o:hralign="center" o:hrstd="t" o:hr="t" fillcolor="#a0a0a0" stroked="f"/>
        </w:pict>
      </w:r>
    </w:p>
    <w:p w14:paraId="30F07608" w14:textId="77777777" w:rsidR="0080146F" w:rsidRPr="0080146F" w:rsidRDefault="00E13850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E13850">
        <w:rPr>
          <w:rFonts w:ascii="Times New Roman" w:hAnsi="Times New Roman"/>
          <w:b/>
          <w:bCs/>
          <w:sz w:val="24"/>
          <w:szCs w:val="24"/>
          <w:lang w:val="ky-KG"/>
        </w:rPr>
        <w:t>Автожуу кызматтарынын баалары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9"/>
        <w:gridCol w:w="1003"/>
        <w:gridCol w:w="1090"/>
        <w:gridCol w:w="847"/>
        <w:gridCol w:w="1559"/>
        <w:gridCol w:w="2246"/>
        <w:gridCol w:w="1154"/>
        <w:gridCol w:w="1317"/>
        <w:gridCol w:w="1379"/>
      </w:tblGrid>
      <w:tr w:rsidR="0080146F" w:rsidRPr="0080146F" w14:paraId="6D5189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11F2A9" w14:textId="2B5A165D" w:rsidR="0080146F" w:rsidRPr="005100FB" w:rsidRDefault="005100FB" w:rsidP="005100FB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5100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Автомобилдин түрү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970F4B" w14:textId="0E00B4B4" w:rsidR="0080146F" w:rsidRPr="00A772D2" w:rsidRDefault="00A772D2" w:rsidP="00A772D2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A772D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Кузовду жуу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32782E" w14:textId="63F07627" w:rsidR="0080146F" w:rsidRPr="00FE6339" w:rsidRDefault="00FE6339" w:rsidP="00FE6339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FE633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Салонду тазалоо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393E92" w14:textId="660CDE7C" w:rsidR="0080146F" w:rsidRPr="001A10D1" w:rsidRDefault="001A10D1" w:rsidP="001A10D1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A10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Көбүк менен жуу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225A47" w14:textId="68C0AC03" w:rsidR="0080146F" w:rsidRPr="008158F9" w:rsidRDefault="008158F9" w:rsidP="008158F9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8158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Комплекстүү жуу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EE3DB8" w14:textId="4FACEA8F" w:rsidR="0080146F" w:rsidRPr="004D74D4" w:rsidRDefault="004D74D4" w:rsidP="004D74D4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D74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Кыймылдаткычты жуу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C29336" w14:textId="7EA9F4BD" w:rsidR="0080146F" w:rsidRPr="008B7018" w:rsidRDefault="008B7018" w:rsidP="008B7018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8B701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Жөнөкөй жуу</w:t>
            </w:r>
            <w:r w:rsidR="00000000" w:rsidRPr="008014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000000" w:rsidRPr="0080146F">
              <w:rPr>
                <w:rFonts w:ascii="Times New Roman" w:hAnsi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="00000000" w:rsidRPr="0080146F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965083" w14:textId="2038AEC8" w:rsidR="0080146F" w:rsidRPr="00F74533" w:rsidRDefault="00F74533" w:rsidP="00F74533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F745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Кузовду жылмалоо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9B9FE3" w14:textId="4AD5DF51" w:rsidR="0080146F" w:rsidRPr="00717ECE" w:rsidRDefault="00717ECE" w:rsidP="00717ECE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717E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Химиялык тазалоо (сом)</w:t>
            </w:r>
          </w:p>
        </w:tc>
      </w:tr>
      <w:tr w:rsidR="0080146F" w:rsidRPr="0080146F" w14:paraId="2565C5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0E2864" w14:textId="65E0D835" w:rsidR="0080146F" w:rsidRPr="00D25229" w:rsidRDefault="00D25229" w:rsidP="00D25229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D25229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Жеңил унаа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077A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6ABD6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F0BE6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C5792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C5405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42BA9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C793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3D8E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290E03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045CB" w14:textId="3C1ADE0C" w:rsidR="0080146F" w:rsidRPr="00C16FF6" w:rsidRDefault="00000000" w:rsidP="00C16FF6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6FF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Миниджип/</w:t>
            </w:r>
            <w:r w:rsidR="00C16FF6" w:rsidRPr="00C16FF6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чакан минивэн</w:t>
            </w:r>
            <w:r w:rsidRPr="00C16FF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(Ipsum, Stream </w:t>
            </w:r>
            <w:r w:rsidR="00C16FF6" w:rsidRPr="00C16FF6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ж.б</w:t>
            </w:r>
            <w:r w:rsidRPr="00C16FF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625DEE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BA3D7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D5CFEF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6D07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C8AB3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5C4C9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F33C3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5A9B8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8FFCB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6B2AA" w14:textId="2DD0FE88" w:rsidR="0080146F" w:rsidRPr="00D106E4" w:rsidRDefault="00000000" w:rsidP="00D106E4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6E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Джип/</w:t>
            </w:r>
            <w:r w:rsidR="00D106E4" w:rsidRPr="00D106E4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минивэн</w:t>
            </w:r>
            <w:r w:rsidRPr="00D106E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(Kia Sorento, StepWagon, Alphard </w:t>
            </w:r>
            <w:r w:rsidR="00D106E4" w:rsidRPr="00D106E4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ж.б</w:t>
            </w:r>
            <w:r w:rsidRPr="00D106E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0EFE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2F9FE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16ED0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8F627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C1F329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9A23A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629D0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8EE54E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32052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3D822E" w14:textId="38455F62" w:rsidR="0080146F" w:rsidRPr="00491963" w:rsidRDefault="00491963" w:rsidP="00491963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1963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Чоң джиптер/пикаптар</w:t>
            </w:r>
            <w:r w:rsidR="00000000" w:rsidRPr="00491963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</w:t>
            </w:r>
            <w:r w:rsidR="00000000" w:rsidRPr="00491963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lastRenderedPageBreak/>
              <w:t xml:space="preserve">(Sequoia, Cadillac, Delica, RAM </w:t>
            </w:r>
            <w:r w:rsidRPr="00491963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ж.б</w:t>
            </w:r>
            <w:r w:rsidR="00000000" w:rsidRPr="00491963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B7F9D2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7E8B1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A6D4C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3E71C0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9E8BD8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7C70C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4BC83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CA9F0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232201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26AAE" w14:textId="5C40A5E7" w:rsidR="0080146F" w:rsidRPr="00B47FA0" w:rsidRDefault="00B47FA0" w:rsidP="00B47FA0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47FA0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Жүк ташуучу бус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938F7F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F4BF65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5F71BD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9B36A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8C7A1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47A8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D7365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50C853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185329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ABF3A8" w14:textId="352C43F3" w:rsidR="0080146F" w:rsidRPr="00E163BE" w:rsidRDefault="00E163BE" w:rsidP="00E163BE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E163BE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Жүргүнчү ташуучу бус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AF5A3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258059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993EB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CAA69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D26AB7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4CFF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BAF64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86901A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97AA76E" w14:textId="77777777" w:rsidR="0080146F" w:rsidRPr="0080146F" w:rsidRDefault="00000000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22C688EC">
          <v:rect id="_x0000_i1026" style="width:0;height:1.5pt" o:hralign="center" o:hrstd="t" o:hr="t" fillcolor="#a0a0a0" stroked="f"/>
        </w:pict>
      </w:r>
    </w:p>
    <w:p w14:paraId="174C5F6A" w14:textId="77777777" w:rsidR="0080146F" w:rsidRPr="0080146F" w:rsidRDefault="00297215">
      <w:pPr>
        <w:pStyle w:val="Normal"/>
        <w:spacing w:after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297215">
        <w:rPr>
          <w:rFonts w:ascii="Times New Roman" w:hAnsi="Times New Roman"/>
          <w:b/>
          <w:bCs/>
          <w:sz w:val="24"/>
          <w:szCs w:val="24"/>
          <w:lang w:val="ky-KG"/>
        </w:rPr>
        <w:t>Кошумча кызматтар (болгон учурда)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3"/>
        <w:gridCol w:w="1403"/>
      </w:tblGrid>
      <w:tr w:rsidR="0080146F" w:rsidRPr="0080146F" w14:paraId="412939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489BCB" w14:textId="1D28D7AE" w:rsidR="0080146F" w:rsidRPr="003B6C3B" w:rsidRDefault="003B6C3B" w:rsidP="003B6C3B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3B6C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Кызматтын аталышы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8D70B3" w14:textId="70E8AC57" w:rsidR="0080146F" w:rsidRPr="00E946DA" w:rsidRDefault="00E946DA" w:rsidP="00E946DA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E946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y-KG"/>
              </w:rPr>
              <w:t>Баасы</w:t>
            </w:r>
            <w:r w:rsidR="00000000" w:rsidRPr="008014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000000" w:rsidRPr="0080146F">
              <w:rPr>
                <w:rFonts w:ascii="Times New Roman" w:hAnsi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="00000000" w:rsidRPr="0080146F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0146F" w:rsidRPr="0080146F" w14:paraId="0FC0A49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940F2B" w14:textId="5FD09E38" w:rsidR="0080146F" w:rsidRPr="004E2E77" w:rsidRDefault="00000000" w:rsidP="004E2E77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E2E77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Автобокс (</w:t>
            </w:r>
            <w:r w:rsidR="004E2E77" w:rsidRPr="004E2E77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комплекстүү жуу</w:t>
            </w:r>
            <w:r w:rsidRPr="004E2E77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16BF95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00FA4F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7769F4" w14:textId="45534841" w:rsidR="0080146F" w:rsidRPr="00971BF6" w:rsidRDefault="00000000" w:rsidP="00971BF6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71BF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Автобокс (</w:t>
            </w:r>
            <w:r w:rsidR="00971BF6" w:rsidRPr="00971BF6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сыртын жуу</w:t>
            </w:r>
            <w:r w:rsidRPr="00971BF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28B6D1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5BE5A7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C72C0C" w14:textId="5A85F47D" w:rsidR="0080146F" w:rsidRPr="00184FE4" w:rsidRDefault="00184FE4" w:rsidP="00184FE4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84FE4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Кузовду жылмалоо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F19B74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1E95D4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518FF2" w14:textId="183816B5" w:rsidR="0080146F" w:rsidRPr="001C0D54" w:rsidRDefault="001C0D54" w:rsidP="001C0D54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C0D54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Салонду химиялык тазалоо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0BFA81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7CF1C6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A57E1" w14:textId="46C10D7D" w:rsidR="0080146F" w:rsidRPr="00C77FEB" w:rsidRDefault="00C77FEB" w:rsidP="00C77FEB">
            <w:pPr>
              <w:pStyle w:val="Normal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C77FEB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Башка кызматтар (көрсөтүлсүн)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0A4B26" w14:textId="77777777" w:rsidR="0080146F" w:rsidRPr="0080146F" w:rsidRDefault="0080146F" w:rsidP="00F226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2627456" w14:textId="77777777" w:rsidR="0080146F" w:rsidRPr="0080146F" w:rsidRDefault="00000000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357F9BC1">
          <v:rect id="_x0000_i1027" style="width:0;height:1.5pt" o:hralign="center" o:hrstd="t" o:hr="t" fillcolor="#a0a0a0" stroked="f"/>
        </w:pict>
      </w:r>
    </w:p>
    <w:p w14:paraId="7615F742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Срок действия коммерческого предложения: _______________________________</w:t>
      </w:r>
    </w:p>
    <w:p w14:paraId="43BB8E05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Дата: «____» __________________ 2026 г.</w:t>
      </w:r>
    </w:p>
    <w:p w14:paraId="0D443727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Подпись уполномоченного представителя: _______________________________</w:t>
      </w:r>
    </w:p>
    <w:p w14:paraId="0D0484C6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Должность: ______________________________________________________</w:t>
      </w:r>
    </w:p>
    <w:p w14:paraId="01665CDA" w14:textId="77777777" w:rsidR="0080146F" w:rsidRPr="0080146F" w:rsidRDefault="0080146F" w:rsidP="00F226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М.П. (при наличии) _______________________________</w:t>
      </w:r>
    </w:p>
    <w:sectPr w:rsidR="0080146F" w:rsidRPr="0080146F" w:rsidSect="00F2269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AF4F62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EC1163"/>
    <w:multiLevelType w:val="multilevel"/>
    <w:tmpl w:val="775E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D64B42"/>
    <w:multiLevelType w:val="multilevel"/>
    <w:tmpl w:val="D496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6A569B"/>
    <w:multiLevelType w:val="multilevel"/>
    <w:tmpl w:val="6190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544AF5"/>
    <w:multiLevelType w:val="multilevel"/>
    <w:tmpl w:val="B148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DD19EB"/>
    <w:multiLevelType w:val="multilevel"/>
    <w:tmpl w:val="16E4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763073">
    <w:abstractNumId w:val="8"/>
  </w:num>
  <w:num w:numId="2" w16cid:durableId="2132168025">
    <w:abstractNumId w:val="6"/>
  </w:num>
  <w:num w:numId="3" w16cid:durableId="1575164326">
    <w:abstractNumId w:val="5"/>
  </w:num>
  <w:num w:numId="4" w16cid:durableId="735475626">
    <w:abstractNumId w:val="4"/>
  </w:num>
  <w:num w:numId="5" w16cid:durableId="1771849901">
    <w:abstractNumId w:val="7"/>
  </w:num>
  <w:num w:numId="6" w16cid:durableId="2095466605">
    <w:abstractNumId w:val="3"/>
  </w:num>
  <w:num w:numId="7" w16cid:durableId="159541487">
    <w:abstractNumId w:val="2"/>
  </w:num>
  <w:num w:numId="8" w16cid:durableId="968819981">
    <w:abstractNumId w:val="1"/>
  </w:num>
  <w:num w:numId="9" w16cid:durableId="1529682246">
    <w:abstractNumId w:val="0"/>
  </w:num>
  <w:num w:numId="10" w16cid:durableId="1985619830">
    <w:abstractNumId w:val="9"/>
  </w:num>
  <w:num w:numId="11" w16cid:durableId="241306243">
    <w:abstractNumId w:val="12"/>
  </w:num>
  <w:num w:numId="12" w16cid:durableId="845024267">
    <w:abstractNumId w:val="13"/>
  </w:num>
  <w:num w:numId="13" w16cid:durableId="2130666007">
    <w:abstractNumId w:val="10"/>
  </w:num>
  <w:num w:numId="14" w16cid:durableId="250117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B2F"/>
    <w:rsid w:val="00034616"/>
    <w:rsid w:val="0004575D"/>
    <w:rsid w:val="0006063C"/>
    <w:rsid w:val="00072302"/>
    <w:rsid w:val="000E6C24"/>
    <w:rsid w:val="00150131"/>
    <w:rsid w:val="0015074B"/>
    <w:rsid w:val="00173CBA"/>
    <w:rsid w:val="00184FE4"/>
    <w:rsid w:val="001A10D1"/>
    <w:rsid w:val="001C0D54"/>
    <w:rsid w:val="001C5420"/>
    <w:rsid w:val="002132BD"/>
    <w:rsid w:val="0029639D"/>
    <w:rsid w:val="00297215"/>
    <w:rsid w:val="002F7EA1"/>
    <w:rsid w:val="0031073D"/>
    <w:rsid w:val="00326F90"/>
    <w:rsid w:val="003328D1"/>
    <w:rsid w:val="003545CD"/>
    <w:rsid w:val="0038056A"/>
    <w:rsid w:val="003B3F05"/>
    <w:rsid w:val="003B6C3B"/>
    <w:rsid w:val="003F1146"/>
    <w:rsid w:val="00491963"/>
    <w:rsid w:val="004A29CB"/>
    <w:rsid w:val="004D74D4"/>
    <w:rsid w:val="004E2E77"/>
    <w:rsid w:val="005100FB"/>
    <w:rsid w:val="00571E4A"/>
    <w:rsid w:val="00591A16"/>
    <w:rsid w:val="005D1706"/>
    <w:rsid w:val="00632399"/>
    <w:rsid w:val="006558FF"/>
    <w:rsid w:val="00696AC5"/>
    <w:rsid w:val="006A2DA5"/>
    <w:rsid w:val="00717ECE"/>
    <w:rsid w:val="007A5A51"/>
    <w:rsid w:val="007B4B51"/>
    <w:rsid w:val="007F7C88"/>
    <w:rsid w:val="007F7D52"/>
    <w:rsid w:val="0080146F"/>
    <w:rsid w:val="008016DA"/>
    <w:rsid w:val="008047BF"/>
    <w:rsid w:val="00805351"/>
    <w:rsid w:val="008158F9"/>
    <w:rsid w:val="00851943"/>
    <w:rsid w:val="008B7018"/>
    <w:rsid w:val="008D2690"/>
    <w:rsid w:val="008D5CDB"/>
    <w:rsid w:val="008F5E12"/>
    <w:rsid w:val="00971BF6"/>
    <w:rsid w:val="009A126C"/>
    <w:rsid w:val="009A3E5D"/>
    <w:rsid w:val="009B6B6B"/>
    <w:rsid w:val="00A0611F"/>
    <w:rsid w:val="00A67A42"/>
    <w:rsid w:val="00A772D2"/>
    <w:rsid w:val="00AA1D8D"/>
    <w:rsid w:val="00B30329"/>
    <w:rsid w:val="00B321DB"/>
    <w:rsid w:val="00B47730"/>
    <w:rsid w:val="00B47FA0"/>
    <w:rsid w:val="00B91D11"/>
    <w:rsid w:val="00BD3999"/>
    <w:rsid w:val="00BF530C"/>
    <w:rsid w:val="00C16FF6"/>
    <w:rsid w:val="00C77FEB"/>
    <w:rsid w:val="00CB0664"/>
    <w:rsid w:val="00D106E4"/>
    <w:rsid w:val="00D25229"/>
    <w:rsid w:val="00D532E8"/>
    <w:rsid w:val="00D55CF6"/>
    <w:rsid w:val="00D839E9"/>
    <w:rsid w:val="00E13850"/>
    <w:rsid w:val="00E163BE"/>
    <w:rsid w:val="00E946DA"/>
    <w:rsid w:val="00EC5916"/>
    <w:rsid w:val="00F2269C"/>
    <w:rsid w:val="00F51818"/>
    <w:rsid w:val="00F74533"/>
    <w:rsid w:val="00FB5CD8"/>
    <w:rsid w:val="00FC693F"/>
    <w:rsid w:val="00FD0046"/>
    <w:rsid w:val="00FE6339"/>
    <w:rsid w:val="387C2948"/>
    <w:rsid w:val="733E8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CD4F145-C33D-46FE-8A76-79FD2C78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F7D52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7F7D52"/>
    <w:rPr>
      <w:color w:val="605E5C"/>
      <w:shd w:val="clear" w:color="auto" w:fill="E1DFDD"/>
    </w:rPr>
  </w:style>
  <w:style w:type="paragraph" w:customStyle="1" w:styleId="Normal">
    <w:name w:val="Normal"/>
    <w:basedOn w:val="a1"/>
    <w:rPr>
      <w:rFonts w:ascii="Cambria" w:hAnsi="Cambria" w:cs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486</Words>
  <Characters>4173</Characters>
  <Application>Microsoft Office Word</Application>
  <DocSecurity>0</DocSecurity>
  <Lines>181</Lines>
  <Paragraphs>80</Paragraphs>
  <ScaleCrop>false</ScaleCrop>
  <Manager/>
  <Company/>
  <LinksUpToDate>false</LinksUpToDate>
  <CharactersWithSpaces>4579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>generated by python-docx</dc:description>
  <cp:lastModifiedBy>Marlen Turatbekov</cp:lastModifiedBy>
  <cp:revision>9</cp:revision>
  <dcterms:created xsi:type="dcterms:W3CDTF">2026-09-10T04:32:00Z</dcterms:created>
  <dcterms:modified xsi:type="dcterms:W3CDTF">2026-09-16T03:07:00Z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2026-08-12T03:39:26Z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cd0efa5a-9704-4a3d-830a-d60d41747c68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10, 3, 0, 2</vt:lpwstr>
  </property>
</Properties>
</file>