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BADA3" w14:textId="77777777" w:rsidR="006558FF" w:rsidRDefault="006558FF" w:rsidP="0080146F">
      <w:pPr>
        <w:rPr>
          <w:lang w:val="ky-KG"/>
        </w:rPr>
      </w:pPr>
    </w:p>
    <w:p w14:paraId="7D471088" w14:textId="77777777" w:rsidR="00A5266E" w:rsidRPr="0080146F" w:rsidRDefault="00A5266E" w:rsidP="0080146F">
      <w:pPr>
        <w:rPr>
          <w:lang w:val="ky-KG"/>
        </w:rPr>
      </w:pPr>
    </w:p>
    <w:p w14:paraId="0D61277A" w14:textId="77777777" w:rsidR="0080146F" w:rsidRPr="00A5266E" w:rsidRDefault="0080146F" w:rsidP="0080146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  <w:r w:rsidRPr="00A5266E">
        <w:rPr>
          <w:rFonts w:ascii="Times New Roman" w:hAnsi="Times New Roman" w:cs="Times New Roman"/>
          <w:b/>
          <w:bCs/>
          <w:sz w:val="24"/>
          <w:szCs w:val="24"/>
          <w:lang w:val="ky-KG"/>
        </w:rPr>
        <w:t>КОММЕРЦИЯЛЫК СУНУШ БЕРҮҮГӨ ЧАКЫРУУ</w:t>
      </w:r>
    </w:p>
    <w:p w14:paraId="63341DF4" w14:textId="77777777" w:rsidR="0080146F" w:rsidRPr="00A5266E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  <w:r w:rsidRPr="00A5266E">
        <w:rPr>
          <w:rFonts w:ascii="Times New Roman" w:hAnsi="Times New Roman" w:cs="Times New Roman"/>
          <w:b/>
          <w:bCs/>
          <w:sz w:val="24"/>
          <w:szCs w:val="24"/>
          <w:lang w:val="ky-KG"/>
        </w:rPr>
        <w:t>"Кумтөр Голд Компани" ЖАК кызыкдар компанияларды автотранспорт каражаттарын жууп-тазалоо боюнча кызмат көрсөтүүгө коммерциялык сунуш берүүгө чакырат.</w:t>
      </w:r>
    </w:p>
    <w:p w14:paraId="616E010A" w14:textId="77777777" w:rsidR="0080146F" w:rsidRPr="00A5266E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  <w:r w:rsidRPr="00A5266E">
        <w:rPr>
          <w:rFonts w:ascii="Times New Roman" w:hAnsi="Times New Roman" w:cs="Times New Roman"/>
          <w:b/>
          <w:bCs/>
          <w:sz w:val="24"/>
          <w:szCs w:val="24"/>
          <w:lang w:val="ky-KG"/>
        </w:rPr>
        <w:t>Катышуу үчүн төмөнкүлөрдү көрсөтүү керек:</w:t>
      </w:r>
    </w:p>
    <w:p w14:paraId="542ACFF2" w14:textId="77777777" w:rsidR="0080146F" w:rsidRPr="00A5266E" w:rsidRDefault="0080146F" w:rsidP="0080146F">
      <w:pPr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тиркемеге ылайык форма боюнча толтурулган коммерциялык сунуш No1;</w:t>
      </w:r>
    </w:p>
    <w:p w14:paraId="097865A9" w14:textId="77777777" w:rsidR="0080146F" w:rsidRPr="0080146F" w:rsidRDefault="0080146F" w:rsidP="0080146F">
      <w:pPr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компания тууралуу маалымат (аталышы, дареги, байланыш маалыматтары);</w:t>
      </w:r>
    </w:p>
    <w:p w14:paraId="6AE0C9B3" w14:textId="77777777" w:rsidR="0080146F" w:rsidRPr="0080146F" w:rsidRDefault="0080146F" w:rsidP="0080146F">
      <w:pPr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унаа жуучу жайдын жайгашкан жери жана иштөө режими жөнүндө маалымат.</w:t>
      </w:r>
    </w:p>
    <w:p w14:paraId="4CA6D8E7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Коммерциялык сунуштарды берүүнүн акыркы мөөнөтү: 2026-жылдын 15-сентябры саат 14:00гө чейин.</w:t>
      </w:r>
    </w:p>
    <w:p w14:paraId="37DBFFF1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Коммерциялык сунуштарды marlen.turatbekov@kumtor.kg электрондук дарегине жөнөтүү керек.</w:t>
      </w:r>
    </w:p>
    <w:p w14:paraId="0DF69B38" w14:textId="77777777" w:rsidR="0080146F" w:rsidRPr="0080146F" w:rsidRDefault="0080146F" w:rsidP="0080146F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Байланышуучу адам:</w:t>
      </w:r>
    </w:p>
    <w:p w14:paraId="48AD5E94" w14:textId="77777777" w:rsidR="0080146F" w:rsidRPr="0080146F" w:rsidRDefault="0080146F" w:rsidP="0080146F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Марлен Туратбеков Сатып алуулар боюнча адис E-mail: marlen.turatbekov@kumtor.kg</w:t>
      </w:r>
    </w:p>
    <w:p w14:paraId="3E122630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"Кумтөр Голд Компани" ЖАК алган коммерциялык сунушту себебин түшүндүрбөстөн кабыл алуу же четке кагуу укугун өзүнө калтырат.</w:t>
      </w:r>
    </w:p>
    <w:p w14:paraId="594FD1C8" w14:textId="77777777" w:rsidR="0080146F" w:rsidRPr="00A5266E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62FD765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Тиркеме No1</w:t>
      </w:r>
    </w:p>
    <w:p w14:paraId="5467338D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КОММЕРЦИЯЛЫК СУНУШТУН ФОРМАСЫ</w:t>
      </w:r>
    </w:p>
    <w:p w14:paraId="16319DB7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Мүчөнүн жалпы маалыматы</w:t>
      </w:r>
    </w:p>
    <w:p w14:paraId="087C21C4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Компаниянын аталышы: ____________________________________________</w:t>
      </w:r>
    </w:p>
    <w:p w14:paraId="1D281D18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Юридикалык дареги: ________________________________________________</w:t>
      </w:r>
    </w:p>
    <w:p w14:paraId="26F0E0BC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Байланышуучу адам: _________________________________________________</w:t>
      </w:r>
    </w:p>
    <w:p w14:paraId="01EA5CED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Телефон: _______________________________________________________</w:t>
      </w:r>
    </w:p>
    <w:p w14:paraId="16FB8E4C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A5266E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Pr="0080146F">
        <w:rPr>
          <w:rFonts w:ascii="Times New Roman" w:hAnsi="Times New Roman" w:cs="Times New Roman"/>
          <w:b/>
          <w:bCs/>
          <w:sz w:val="24"/>
          <w:szCs w:val="24"/>
        </w:rPr>
        <w:t>mail</w:t>
      </w:r>
      <w:r w:rsidRPr="00A5266E">
        <w:rPr>
          <w:rFonts w:ascii="Times New Roman" w:hAnsi="Times New Roman" w:cs="Times New Roman"/>
          <w:b/>
          <w:bCs/>
          <w:sz w:val="24"/>
          <w:szCs w:val="24"/>
          <w:lang w:val="ru-RU"/>
        </w:rPr>
        <w:t>: ________________________________________________________</w:t>
      </w:r>
    </w:p>
    <w:p w14:paraId="4B8EB4CE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Автожуугуч комплексинин дареги: _______________________________________</w:t>
      </w:r>
    </w:p>
    <w:p w14:paraId="3CBB2059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</w:rPr>
        <w:t>Иштөө режими: ___________________________________________________</w:t>
      </w:r>
    </w:p>
    <w:p w14:paraId="71D4C42E" w14:textId="77777777" w:rsidR="0080146F" w:rsidRPr="0080146F" w:rsidRDefault="00000000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58CF463D">
          <v:rect id="_x0000_i1025" style="width:0;height:1.5pt" o:hralign="center" o:hrstd="t" o:hr="t" fillcolor="#a0a0a0" stroked="f"/>
        </w:pict>
      </w:r>
    </w:p>
    <w:p w14:paraId="0A770E5A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</w:rPr>
        <w:t>Унаа жуучу жайдын баасы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7"/>
        <w:gridCol w:w="701"/>
        <w:gridCol w:w="733"/>
        <w:gridCol w:w="640"/>
        <w:gridCol w:w="1088"/>
        <w:gridCol w:w="1553"/>
        <w:gridCol w:w="471"/>
        <w:gridCol w:w="891"/>
        <w:gridCol w:w="940"/>
      </w:tblGrid>
      <w:tr w:rsidR="0080146F" w:rsidRPr="0080146F" w14:paraId="7C230B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46E4D11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Унаанын түрү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8F4BC2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Кузовду жуу (сом)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5A2F5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Салонду тазалоо (сом)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D7CD1C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Көбүк менен жуунуу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9E4B292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Комплекстүү жуу (сом)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A34735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Кыймылдаткычты жуу (сом)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EF90A1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Душ (сом)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88C11D6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Кузовду жылмалоо (сом)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094EBB3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Химиялык тазалоо (сом)</w:t>
            </w:r>
          </w:p>
        </w:tc>
      </w:tr>
      <w:tr w:rsidR="0080146F" w:rsidRPr="0080146F" w14:paraId="43A1157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74165A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Өпкө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8A7533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BF250E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FD69E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D5426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62125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672732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575F7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F70C55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36389FA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C21296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Кичинекей миниджип/минивэн (Ipsum, Stream ж.б.)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4FC47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31812A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352A56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A5E54F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5AC6CA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890AF9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76D942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799AE8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7442413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50CC2A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Джип/Минивэн (Kia Sorento, StepWagon, Alphard ж.б.)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B53794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221E2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EC9676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551F48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9DF514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CFFE11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52D17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3B268A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3C19801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CCC6F4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Чоң джиптер/пикаптар (Sequoia, Cadillac, Delica, RAM ж.б.)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F94EB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4E892A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F10EAA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CC53A5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B1AA25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D9390A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6E082E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3C947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574F118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52BB02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Бус жүк ташуучу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DD035C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D6ACC5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AF054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6ACE50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799227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E8B9C3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2B2E48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9B3BB9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719DF6E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617444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Жүргүнчүлөр автобусу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B61BF6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5B7C3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BA2220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BC0A1B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DC7789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E2B8C9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D7ADB7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30363F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41540CC" w14:textId="77777777" w:rsidR="0080146F" w:rsidRPr="0080146F" w:rsidRDefault="00000000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22C688EC">
          <v:rect id="_x0000_i1026" style="width:0;height:1.5pt" o:hralign="center" o:hrstd="t" o:hr="t" fillcolor="#a0a0a0" stroked="f"/>
        </w:pict>
      </w:r>
    </w:p>
    <w:p w14:paraId="4E63C653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</w:rPr>
        <w:t>Кошумча кызматтар (эгер болсо)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5"/>
        <w:gridCol w:w="1481"/>
      </w:tblGrid>
      <w:tr w:rsidR="0080146F" w:rsidRPr="0080146F" w14:paraId="62ACB6B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BC2D6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Кызматтын аталышы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278F2F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Наркы (сом)</w:t>
            </w:r>
          </w:p>
        </w:tc>
      </w:tr>
      <w:tr w:rsidR="0080146F" w:rsidRPr="0080146F" w14:paraId="050B79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EA96F9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Автобокс (комплекстүү жуугуч)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AE9809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65CBB9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3B0A46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Автобустар (тышкы жуугуч)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05E917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3FE9DB5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9EDCAA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Кузовду жылмалоо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845627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34A003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8FF219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Салонду химиялык тазалоо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474E9E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146F" w:rsidRPr="0080146F" w14:paraId="1357EDF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B9DC7C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Башка кызматтар (көрсөтүлсүн)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4C7CAD" w14:textId="77777777" w:rsidR="0080146F" w:rsidRPr="0080146F" w:rsidRDefault="0080146F" w:rsidP="008014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F50CC89" w14:textId="77777777" w:rsidR="0080146F" w:rsidRPr="0080146F" w:rsidRDefault="00000000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357F9BC1">
          <v:rect id="_x0000_i1027" style="width:0;height:1.5pt" o:hralign="center" o:hrstd="t" o:hr="t" fillcolor="#a0a0a0" stroked="f"/>
        </w:pict>
      </w:r>
    </w:p>
    <w:p w14:paraId="49C37943" w14:textId="77777777" w:rsidR="0080146F" w:rsidRPr="00A5266E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Коммерциялык</w:t>
      </w:r>
      <w:r w:rsidRPr="00A526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сунуштун</w:t>
      </w:r>
      <w:r w:rsidRPr="00A526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жарактуулук</w:t>
      </w:r>
      <w:r w:rsidRPr="00A526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мөөнөтү</w:t>
      </w:r>
      <w:r w:rsidRPr="00A5266E">
        <w:rPr>
          <w:rFonts w:ascii="Times New Roman" w:hAnsi="Times New Roman" w:cs="Times New Roman"/>
          <w:b/>
          <w:bCs/>
          <w:sz w:val="24"/>
          <w:szCs w:val="24"/>
        </w:rPr>
        <w:t>: _______________________________</w:t>
      </w:r>
    </w:p>
    <w:p w14:paraId="6B0FE2D8" w14:textId="77777777" w:rsidR="0080146F" w:rsidRPr="00A5266E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Күнү</w:t>
      </w:r>
      <w:r w:rsidRPr="00A5266E">
        <w:rPr>
          <w:rFonts w:ascii="Times New Roman" w:hAnsi="Times New Roman" w:cs="Times New Roman"/>
          <w:b/>
          <w:bCs/>
          <w:sz w:val="24"/>
          <w:szCs w:val="24"/>
        </w:rPr>
        <w:t>: 2026-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жылдын</w:t>
      </w:r>
      <w:r w:rsidRPr="00A5266E">
        <w:rPr>
          <w:rFonts w:ascii="Times New Roman" w:hAnsi="Times New Roman" w:cs="Times New Roman"/>
          <w:b/>
          <w:bCs/>
          <w:sz w:val="24"/>
          <w:szCs w:val="24"/>
        </w:rPr>
        <w:t xml:space="preserve"> "____" __________________</w:t>
      </w:r>
    </w:p>
    <w:p w14:paraId="5B7E5AB3" w14:textId="77777777" w:rsidR="0080146F" w:rsidRPr="00A5266E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Ыйгарым</w:t>
      </w:r>
      <w:r w:rsidRPr="00A526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укуктуу</w:t>
      </w:r>
      <w:r w:rsidRPr="00A526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өкүлдүн</w:t>
      </w:r>
      <w:r w:rsidRPr="00A526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колу</w:t>
      </w:r>
      <w:r w:rsidRPr="00A5266E">
        <w:rPr>
          <w:rFonts w:ascii="Times New Roman" w:hAnsi="Times New Roman" w:cs="Times New Roman"/>
          <w:b/>
          <w:bCs/>
          <w:sz w:val="24"/>
          <w:szCs w:val="24"/>
        </w:rPr>
        <w:t>: _______________________________</w:t>
      </w:r>
    </w:p>
    <w:p w14:paraId="196A63F7" w14:textId="77777777" w:rsidR="0080146F" w:rsidRPr="00A5266E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Кызмат</w:t>
      </w:r>
      <w:r w:rsidRPr="00A526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орду</w:t>
      </w:r>
      <w:r w:rsidRPr="00A5266E">
        <w:rPr>
          <w:rFonts w:ascii="Times New Roman" w:hAnsi="Times New Roman" w:cs="Times New Roman"/>
          <w:b/>
          <w:bCs/>
          <w:sz w:val="24"/>
          <w:szCs w:val="24"/>
        </w:rPr>
        <w:t>: ______________________________________________________</w:t>
      </w:r>
    </w:p>
    <w:p w14:paraId="2189B387" w14:textId="77777777" w:rsidR="0080146F" w:rsidRPr="0080146F" w:rsidRDefault="0080146F" w:rsidP="0080146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0146F">
        <w:rPr>
          <w:rFonts w:ascii="Times New Roman" w:hAnsi="Times New Roman" w:cs="Times New Roman"/>
          <w:b/>
          <w:bCs/>
          <w:sz w:val="24"/>
          <w:szCs w:val="24"/>
          <w:lang w:val="ru-RU"/>
        </w:rPr>
        <w:t>М.О. (бар болсо) _______________________________</w:t>
      </w:r>
    </w:p>
    <w:p w14:paraId="3AB90FBF" w14:textId="77777777" w:rsidR="006558FF" w:rsidRPr="007F7D52" w:rsidRDefault="006558FF" w:rsidP="007F7D5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558FF" w:rsidRPr="007F7D52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A1DB2" w14:textId="77777777" w:rsidR="005E2D46" w:rsidRDefault="005E2D46">
      <w:pPr>
        <w:spacing w:after="0" w:line="240" w:lineRule="auto"/>
      </w:pPr>
      <w:r>
        <w:separator/>
      </w:r>
    </w:p>
  </w:endnote>
  <w:endnote w:type="continuationSeparator" w:id="0">
    <w:p w14:paraId="46370A89" w14:textId="77777777" w:rsidR="005E2D46" w:rsidRDefault="005E2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8CCE6" w14:textId="77777777" w:rsidR="00596780" w:rsidRDefault="005967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15A8D" w14:textId="77777777" w:rsidR="00596780" w:rsidRDefault="0059678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A347C" w14:textId="77777777" w:rsidR="00596780" w:rsidRDefault="005967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6A85E" w14:textId="77777777" w:rsidR="005E2D46" w:rsidRDefault="005E2D46">
      <w:pPr>
        <w:spacing w:after="0" w:line="240" w:lineRule="auto"/>
      </w:pPr>
      <w:r>
        <w:separator/>
      </w:r>
    </w:p>
  </w:footnote>
  <w:footnote w:type="continuationSeparator" w:id="0">
    <w:p w14:paraId="5EB9CB6B" w14:textId="77777777" w:rsidR="005E2D46" w:rsidRDefault="005E2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A130" w14:textId="77777777" w:rsidR="00596780" w:rsidRDefault="0059678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01450" w14:textId="77777777" w:rsidR="00596780" w:rsidRDefault="0059678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51F6" w14:textId="77777777" w:rsidR="00596780" w:rsidRDefault="005967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AF4F62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EC1163"/>
    <w:multiLevelType w:val="multilevel"/>
    <w:tmpl w:val="775E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544AF5"/>
    <w:multiLevelType w:val="multilevel"/>
    <w:tmpl w:val="B1488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DD19EB"/>
    <w:multiLevelType w:val="multilevel"/>
    <w:tmpl w:val="16E4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763073">
    <w:abstractNumId w:val="8"/>
  </w:num>
  <w:num w:numId="2" w16cid:durableId="2132168025">
    <w:abstractNumId w:val="6"/>
  </w:num>
  <w:num w:numId="3" w16cid:durableId="1575164326">
    <w:abstractNumId w:val="5"/>
  </w:num>
  <w:num w:numId="4" w16cid:durableId="735475626">
    <w:abstractNumId w:val="4"/>
  </w:num>
  <w:num w:numId="5" w16cid:durableId="1771849901">
    <w:abstractNumId w:val="7"/>
  </w:num>
  <w:num w:numId="6" w16cid:durableId="2095466605">
    <w:abstractNumId w:val="3"/>
  </w:num>
  <w:num w:numId="7" w16cid:durableId="159541487">
    <w:abstractNumId w:val="2"/>
  </w:num>
  <w:num w:numId="8" w16cid:durableId="968819981">
    <w:abstractNumId w:val="1"/>
  </w:num>
  <w:num w:numId="9" w16cid:durableId="1529682246">
    <w:abstractNumId w:val="0"/>
  </w:num>
  <w:num w:numId="10" w16cid:durableId="1985619830">
    <w:abstractNumId w:val="9"/>
  </w:num>
  <w:num w:numId="11" w16cid:durableId="241306243">
    <w:abstractNumId w:val="10"/>
  </w:num>
  <w:num w:numId="12" w16cid:durableId="8450242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2CF0"/>
    <w:rsid w:val="0029639D"/>
    <w:rsid w:val="002F7EA1"/>
    <w:rsid w:val="00326F90"/>
    <w:rsid w:val="00596780"/>
    <w:rsid w:val="005E2D46"/>
    <w:rsid w:val="006558FF"/>
    <w:rsid w:val="007F7D52"/>
    <w:rsid w:val="0080146F"/>
    <w:rsid w:val="00805351"/>
    <w:rsid w:val="008D2690"/>
    <w:rsid w:val="00A5266E"/>
    <w:rsid w:val="00AA1D8D"/>
    <w:rsid w:val="00B47730"/>
    <w:rsid w:val="00BD3999"/>
    <w:rsid w:val="00CB0664"/>
    <w:rsid w:val="00FC693F"/>
    <w:rsid w:val="387C2948"/>
    <w:rsid w:val="733E8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70AC15"/>
  <w14:defaultImageDpi w14:val="300"/>
  <w15:docId w15:val="{0CD4F145-C33D-46FE-8A76-79FD2C78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F7D52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7F7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225</Words>
  <Characters>2111</Characters>
  <Application>Microsoft Office Word</Application>
  <DocSecurity>0</DocSecurity>
  <Lines>175</Lines>
  <Paragraphs>56</Paragraphs>
  <ScaleCrop>false</ScaleCrop>
  <Manager/>
  <Company/>
  <LinksUpToDate>false</LinksUpToDate>
  <CharactersWithSpaces>2280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>generated by python-docx</dc:description>
  <cp:lastModifiedBy>Marlen Turatbekov</cp:lastModifiedBy>
  <cp:revision>3</cp:revision>
  <dcterms:created xsi:type="dcterms:W3CDTF">2026-09-10T04:36:00Z</dcterms:created>
  <dcterms:modified xsi:type="dcterms:W3CDTF">2026-09-10T04:37:00Z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2026-08-12T03:39:26Z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cd0efa5a-9704-4a3d-830a-d60d41747c68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10, 3, 0, 2</vt:lpwstr>
  </property>
</Properties>
</file>